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יומן הכתבות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הקטגוריות השונות של הכתבות ביומן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סדר הפעולות לשמירת כתבה ביומן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ולדרג כתבה בכוכבים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לאיזו קטגוריה שייכת הכתבה?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בעלי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ביומן יש סימון כוכבים לכל כתבה.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כפתור ״הוספת כתבה ליומן״.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הוספה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לשמור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קטגוריה לסמל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(🐾)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(⚽)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שמירת הכתבה ביומן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רמה מתאימה לכתבה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לקרוא את הכתבה עד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ללחוץ על ״סיימתי – לשמור ביומן״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קטגוריה מתאימה, תיאור קצר התואם לנושא, ודירוג של עד שלושה כוכבים עם הסבר קצר.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בעלי חיים, מדע, ספורט, טבע, תרבות, חגים, העולם,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לוחצים על ״סיימתי – לשמור ביומן״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עד שלושה כוכבים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את היומן ולתת לכל תלמיד עותק אישי לשבוע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לבחור קטגוריה לפי תחומי העניין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תרגיל ההתאמה מחזק זיהוי סמלים וקטגוריות אצל תלמידים 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יומן הכתבות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ביומן הכתבות שלי שומרים כל שבוע כתבה שקראנו, מסמנים כמה כוכבים אהבנו אותה ובוחרים לאיזו קטגוריה היא שייכת.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לשמור  ·  הוספה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לאיזו קטגוריה שייכת הכתבה?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כתבה על כלב שהציל ילד שייכת לקטגוריה...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כתבה על חג פורים שייכת לקטגוריה...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לדרג כתבה בכוכבים.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להוסיף כתבה ליומן גם באופן ידני.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להוסיף כתבה ליומן לוחצים על הכפתור ״__________ ליומן״.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כאשר מסיימים כתבה לוחצים ״סיימתי – __________ ביומן״.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קטגוריה לסמל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בעלי חיים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⚽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🐾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ספורט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🌳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שמירת הכתבה ביומן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ללחוץ על ״סיימתי – לשמור ביומן״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רמה מתאימה לכתבה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לקרוא את הכתבה עד הסוף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קטגוריה אחת מהיומן, כתבו באילו מילים הייתם מתארים כתבה מתאימה לה, ותנו לה דירוג כוכבים משוער.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מהן שלוש קטגוריות שמופיעות ביומן?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אחרי שמסיימים לקרוא כתבה?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יומן הכתבות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