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הכתבות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לשמירת 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ולדרג כתבה בכוכבים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קטגוריה שייכת הכתבה?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ביומן יש סימון כוכבים לכל 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יש שמונה קטגוריות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״הוספת כתבה ליומן״.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לוחצים ״סיימתי – לשמור ביומן״ רק בסוף.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אפשרות ״היומן להדפסה״.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(🔬)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(⚽)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שמירת הכתבה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רמה מתאימה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הכתבה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קטגוריה מתאימה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לדרג בכוכבים כמה אהבתי את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ללחוץ על ״סיימתי – לשמור ביומן״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קטגוריה מתאימה, תיאור קצר התואם לנושא, ודירוג של עד שלושה כוכבים עם הסבר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בעלי חיים, מדע, ספורט, טבע, תרבות, חגים, העולם,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על ״סיימתי – לשמור ביומן״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שלושה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היומן ולתת לכל תלמיד עותק אישי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קטגוריה לפי תחומי העניין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ההתאמה מחזק זיהוי סמלים וקטגוריות אצל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דף שבו שומרים כתבות שקראנו. כל שבוע קוראים כתבה אחת ושומרים אותה ביומן.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דברים לפי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נושאים דומים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כמה אהבנו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להוסיף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דבר חדש ברשימה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להדפסה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להוציא דף מהמחשב לנייר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קושי של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על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לגמור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קטגוריה שייכת הכתבה?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כתבה על כלב גיבור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כתבה על חלל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כתבה על חג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כתבה על משחק כדורגל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כתבה על ציור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לדרג כתבה בכוכבים.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יש רק שתי קטגוריות אפשריות.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כתבה ליומן גם באופן ידני.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כתבה ביומן צריך קודם לסיים לקרוא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את היומן.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שבוע יש כתבה אחת ועד __________ כוכבים לדירוג.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להוסיף כתבה ליומן לוחצים על הכפתור ״__________ ליומן״.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מסיימים כתבה לוחצים ״סיימתי – __________ ביומן״.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קטגוריית בעלי חיים כוללת כתבות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היומן אפשר גם __________ ולשמור עותק על נייר.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🔬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🐾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שמירת הכתבה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הכתבה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לדרג בכוכבים כמה אהבתי את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רמה מתאימה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״סיימתי – לשמור ביומן״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קטגוריה מתאימה לכתבה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קטגוריה אחת מהיומן, כתבו באילו מילים הייתם מתארים כתבה מתאימה לה, ותנו לה דירוג כוכבים משוער.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שמופיעות ביומן?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שמסיימים לקרוא 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כוכבים אפשר לתת לכתבה?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הכתבות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