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הכתבות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של הכתבות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הפעולות לשמירת כתבה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ולדרג כתבה בכוכבים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קטגוריה שייכת הכתבה?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ביומן יש סימון כוכבים לכל 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ביומן יש שמונה קטגוריות 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״הוספת כתבה ליומן״.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לוחצים ״סיימתי – לשמור ביומן״ רק בסוף.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אפשרות ״היומן להדפסה״.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להדפיס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(🐾)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(🔬)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(⚽)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שמירת הכתבה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רמה מתאימה לכתבה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הכתבה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קטגוריה מתאימה לכתבה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לדרג בכוכבים כמה אהבתי את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ללחוץ על ״סיימתי – לשמור ביומן״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קטגוריה מתאימה, תיאור קצר התואם לנושא, ודירוג של עד שלושה כוכבים עם הסבר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בעלי חיים, מדע, ספורט, טבע, תרבות, חגים, העולם,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לוחצים על ״סיימתי – לשמור ביומן״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שלושה 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היומן ולתת לכל תלמיד עותק אישי לשבוע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קטגוריה לפי תחומי העניין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תרגיל ההתאמה מחזק זיהוי סמלים וקטגוריות אצל 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הכתבות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ביומן הכתבות שלי שומרים כל שבוע כתבה שקראנו, מסמנים כמה כוכבים אהבנו אותה ובוחרים לאיזו קטגוריה היא שייכת.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קטגוריה שייכת הכתבה?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כתבה על כלב שהציל ילד שייכת לקטגוריה...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כתבה על גילוי כוכב חדש בחלל שייכת לקטגוריה...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כתבה על חג פורים שייכת לקטגוריה...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כתבה על תחרות כדורגל שייכת לקטגוריה...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כתבה על ציור מפורסם במוזיאון שייכת לקטגוריה...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לדרג כתבה בכוכבים.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יש רק שתי קטגוריות אפשריות.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כתבה ליומן גם באופן ידני.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לשמור כתבה ביומן צריך קודם לסיים לקרוא אותה.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להדפיס את היומן.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שבוע יש כתבה אחת ועד __________ כוכבים לדירוג.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להוסיף כתבה ליומן לוחצים על הכפתור ״__________ ליומן״.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מסיימים כתבה לוחצים ״סיימתי – __________ ביומן״.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קטגוריית בעלי חיים כוללת כתבות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 היומן אפשר גם __________ ולשמור עותק על נייר.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קטגוריה לסמל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🔬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⚽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🐾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שמירת הכתבה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לדרג בכוכבים כמה אהבתי את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קטגוריה מתאימה לכתבה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רמה מתאימה לכתבה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״סיימתי – לשמור ביומן״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הכתבה עד הסוף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קטגוריה אחת מהיומן, כתבו באילו מילים הייתם מתארים כתבה מתאימה לה, ותנו לה דירוג כוכבים משוער.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קטגוריות שמופיעות ביומן?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אחרי שמסיימים לקרוא 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כוכבים אפשר לתת לכתבה?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יומן הכתבות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